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428DE" w14:textId="77777777" w:rsidR="00652EE5" w:rsidRDefault="00AC5BB8">
      <w:pPr>
        <w:spacing w:after="60" w:line="240" w:lineRule="auto"/>
        <w:jc w:val="center"/>
      </w:pPr>
      <w:r>
        <w:rPr>
          <w:b/>
          <w:color w:val="1F4E79"/>
          <w:sz w:val="30"/>
        </w:rPr>
        <w:t>Care Home Health, LLC DBA Shanti Home Care</w:t>
      </w:r>
    </w:p>
    <w:p w14:paraId="5D30BB51" w14:textId="77777777" w:rsidR="00652EE5" w:rsidRDefault="00AC5BB8">
      <w:pPr>
        <w:spacing w:after="40" w:line="240" w:lineRule="auto"/>
        <w:jc w:val="center"/>
      </w:pPr>
      <w:r>
        <w:rPr>
          <w:b/>
          <w:color w:val="455A64"/>
          <w:sz w:val="21"/>
        </w:rPr>
        <w:t>Connecticut-Registered Homemaker-Companion Agency | Registration # HCA.0002586</w:t>
      </w:r>
    </w:p>
    <w:p w14:paraId="318EF721" w14:textId="77777777" w:rsidR="00652EE5" w:rsidRDefault="00AC5BB8">
      <w:pPr>
        <w:spacing w:after="200" w:line="240" w:lineRule="auto"/>
        <w:jc w:val="center"/>
      </w:pPr>
      <w:r>
        <w:rPr>
          <w:color w:val="455A64"/>
          <w:sz w:val="21"/>
        </w:rPr>
        <w:t>402 Boxwood Rd, Bryn Mawr, PA 19010 | 781-632-4292</w:t>
      </w:r>
    </w:p>
    <w:p w14:paraId="54AB8B9F" w14:textId="77777777" w:rsidR="00652EE5" w:rsidRDefault="00AC5BB8">
      <w:pPr>
        <w:spacing w:after="80" w:line="240" w:lineRule="auto"/>
        <w:jc w:val="center"/>
      </w:pPr>
      <w:r>
        <w:rPr>
          <w:b/>
          <w:color w:val="222222"/>
          <w:sz w:val="32"/>
        </w:rPr>
        <w:t>ADDENDUM C - DCP HCA COMPLAINT FILING GUIDE</w:t>
      </w:r>
    </w:p>
    <w:p w14:paraId="54183C69" w14:textId="77777777" w:rsidR="00652EE5" w:rsidRDefault="00AC5BB8">
      <w:pPr>
        <w:spacing w:after="100"/>
      </w:pPr>
      <w:r>
        <w:rPr>
          <w:color w:val="222222"/>
          <w:sz w:val="23"/>
        </w:rPr>
        <w:t>If you have a concern about Care Home Health, you may contact the Agency and/or file a complaint with the Connecticut Department of Consumer Protection (DCP).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5760"/>
      </w:tblGrid>
      <w:tr w:rsidR="00652EE5" w14:paraId="10528565" w14:textId="77777777">
        <w:trPr>
          <w:cantSplit/>
          <w:jc w:val="center"/>
        </w:trPr>
        <w:tc>
          <w:tcPr>
            <w:tcW w:w="3456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D26654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Care Home Health complaint contact</w:t>
            </w:r>
          </w:p>
        </w:tc>
        <w:tc>
          <w:tcPr>
            <w:tcW w:w="5760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AC8AB7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Manisha Sethi, Managing Member | 781-632-4292</w:t>
            </w:r>
          </w:p>
        </w:tc>
      </w:tr>
      <w:tr w:rsidR="00652EE5" w14:paraId="5C88E3E0" w14:textId="77777777">
        <w:trPr>
          <w:cantSplit/>
          <w:jc w:val="center"/>
        </w:trPr>
        <w:tc>
          <w:tcPr>
            <w:tcW w:w="3456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D43148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Care Home Health address</w:t>
            </w:r>
          </w:p>
        </w:tc>
        <w:tc>
          <w:tcPr>
            <w:tcW w:w="5760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737CD6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402 Boxwood Rd, Bryn Mawr, PA 19010</w:t>
            </w:r>
          </w:p>
        </w:tc>
      </w:tr>
      <w:tr w:rsidR="00652EE5" w14:paraId="4EAF142F" w14:textId="77777777">
        <w:trPr>
          <w:cantSplit/>
          <w:jc w:val="center"/>
        </w:trPr>
        <w:tc>
          <w:tcPr>
            <w:tcW w:w="3456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9AE2D1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DCP online complaint portal</w:t>
            </w:r>
          </w:p>
        </w:tc>
        <w:tc>
          <w:tcPr>
            <w:tcW w:w="5760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FC289D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https://www.elicense.ct.gov</w:t>
            </w:r>
          </w:p>
        </w:tc>
      </w:tr>
      <w:tr w:rsidR="00652EE5" w14:paraId="56BA4710" w14:textId="77777777">
        <w:trPr>
          <w:cantSplit/>
          <w:jc w:val="center"/>
        </w:trPr>
        <w:tc>
          <w:tcPr>
            <w:tcW w:w="3456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A6205F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DCP HCA complaint guide</w:t>
            </w:r>
          </w:p>
        </w:tc>
        <w:tc>
          <w:tcPr>
            <w:tcW w:w="5760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34B96C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https://portal.ct.gov/dcp/programs-and-services/hca-complaints</w:t>
            </w:r>
          </w:p>
        </w:tc>
      </w:tr>
      <w:tr w:rsidR="00652EE5" w14:paraId="21BDE24E" w14:textId="77777777">
        <w:trPr>
          <w:cantSplit/>
          <w:jc w:val="center"/>
        </w:trPr>
        <w:tc>
          <w:tcPr>
            <w:tcW w:w="3456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45210E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DCP general contact</w:t>
            </w:r>
          </w:p>
        </w:tc>
        <w:tc>
          <w:tcPr>
            <w:tcW w:w="5760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11F3AC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860-713-6100 | dcp.complaints@ct.gov</w:t>
            </w:r>
          </w:p>
        </w:tc>
      </w:tr>
    </w:tbl>
    <w:p w14:paraId="0C9F957E" w14:textId="77777777" w:rsidR="00652EE5" w:rsidRDefault="00AC5BB8">
      <w:pPr>
        <w:keepNext/>
        <w:spacing w:before="160" w:after="80" w:line="240" w:lineRule="auto"/>
      </w:pPr>
      <w:r>
        <w:rPr>
          <w:b/>
          <w:color w:val="1F4E79"/>
          <w:sz w:val="29"/>
        </w:rPr>
        <w:t>How to File an HCA Complaint With DCP</w:t>
      </w:r>
    </w:p>
    <w:p w14:paraId="6136BD5E" w14:textId="77777777" w:rsidR="00652EE5" w:rsidRDefault="00AC5BB8">
      <w:pPr>
        <w:pStyle w:val="ListNumber"/>
        <w:spacing w:after="80"/>
      </w:pPr>
      <w:r>
        <w:rPr>
          <w:color w:val="222222"/>
          <w:sz w:val="22"/>
        </w:rPr>
        <w:t>Go to the Connecticut eLicense portal and choose the option to file a complaint or claim.</w:t>
      </w:r>
    </w:p>
    <w:p w14:paraId="0C0B9AA4" w14:textId="77777777" w:rsidR="00652EE5" w:rsidRDefault="00AC5BB8">
      <w:pPr>
        <w:pStyle w:val="ListNumber"/>
        <w:spacing w:after="80"/>
      </w:pPr>
      <w:r>
        <w:rPr>
          <w:color w:val="222222"/>
          <w:sz w:val="22"/>
        </w:rPr>
        <w:t>Start a new complaint and select the general Consumer Protection complaint option.</w:t>
      </w:r>
    </w:p>
    <w:p w14:paraId="343830BD" w14:textId="77777777" w:rsidR="00652EE5" w:rsidRDefault="00AC5BB8">
      <w:pPr>
        <w:pStyle w:val="ListNumber"/>
        <w:spacing w:after="80"/>
      </w:pPr>
      <w:r>
        <w:rPr>
          <w:color w:val="222222"/>
          <w:sz w:val="22"/>
        </w:rPr>
        <w:t>Enter Care Home Health as the business and provide your own contact information. Anonymous complaints may not receive email updates.</w:t>
      </w:r>
    </w:p>
    <w:p w14:paraId="6AB28E1C" w14:textId="77777777" w:rsidR="00652EE5" w:rsidRDefault="00AC5BB8">
      <w:pPr>
        <w:pStyle w:val="ListNumber"/>
        <w:spacing w:after="80"/>
      </w:pPr>
      <w:r>
        <w:rPr>
          <w:color w:val="222222"/>
          <w:sz w:val="22"/>
        </w:rPr>
        <w:t>Upload the Service Agreement, receipts, messages, or other documents that may help DCP understand the issue.</w:t>
      </w:r>
    </w:p>
    <w:p w14:paraId="5F02C500" w14:textId="77777777" w:rsidR="00652EE5" w:rsidRDefault="00AC5BB8">
      <w:pPr>
        <w:pStyle w:val="ListNumber"/>
        <w:spacing w:after="80"/>
      </w:pPr>
      <w:r>
        <w:rPr>
          <w:color w:val="222222"/>
          <w:sz w:val="22"/>
        </w:rPr>
        <w:t>Choose the resolution option that best fits your concern, answer the remaining questions, and submit the complaint.</w:t>
      </w:r>
    </w:p>
    <w:p w14:paraId="084C825F" w14:textId="77777777" w:rsidR="00652EE5" w:rsidRDefault="00AC5BB8">
      <w:r>
        <w:rPr>
          <w:i/>
          <w:color w:val="555555"/>
          <w:sz w:val="19"/>
        </w:rPr>
        <w:t>For the current instructions, use the DCP HCA complaint guide listed above.</w:t>
      </w:r>
    </w:p>
    <w:p w14:paraId="7A32232A" w14:textId="77777777" w:rsidR="00652EE5" w:rsidRDefault="00AC5BB8">
      <w:pPr>
        <w:keepNext/>
        <w:spacing w:before="100" w:after="80" w:line="240" w:lineRule="auto"/>
      </w:pPr>
      <w:r>
        <w:rPr>
          <w:b/>
          <w:color w:val="1F4E79"/>
          <w:sz w:val="25"/>
        </w:rPr>
        <w:t>Acknowledgment of Receipt</w:t>
      </w:r>
    </w:p>
    <w:p w14:paraId="707C0C59" w14:textId="77777777" w:rsidR="00652EE5" w:rsidRDefault="00AC5BB8">
      <w:pPr>
        <w:spacing w:after="80"/>
      </w:pPr>
      <w:r>
        <w:rPr>
          <w:color w:val="222222"/>
          <w:sz w:val="22"/>
        </w:rPr>
        <w:t>I received this guide on the same date the Service Agreement was provided.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5976"/>
      </w:tblGrid>
      <w:tr w:rsidR="00652EE5" w14:paraId="1B6A1C6F" w14:textId="77777777">
        <w:trPr>
          <w:cantSplit/>
          <w:jc w:val="center"/>
        </w:trPr>
        <w:tc>
          <w:tcPr>
            <w:tcW w:w="3240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F2A98B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Client / Authorized Representative</w:t>
            </w:r>
          </w:p>
        </w:tc>
        <w:tc>
          <w:tcPr>
            <w:tcW w:w="5976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5F1309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________________________</w:t>
            </w:r>
          </w:p>
        </w:tc>
      </w:tr>
      <w:tr w:rsidR="00652EE5" w14:paraId="7EF7546E" w14:textId="77777777">
        <w:trPr>
          <w:cantSplit/>
          <w:jc w:val="center"/>
        </w:trPr>
        <w:tc>
          <w:tcPr>
            <w:tcW w:w="3240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D191D5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Signature / Initials</w:t>
            </w:r>
          </w:p>
        </w:tc>
        <w:tc>
          <w:tcPr>
            <w:tcW w:w="5976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48B79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________________________</w:t>
            </w:r>
          </w:p>
        </w:tc>
      </w:tr>
      <w:tr w:rsidR="00652EE5" w14:paraId="567B5995" w14:textId="77777777">
        <w:trPr>
          <w:cantSplit/>
          <w:jc w:val="center"/>
        </w:trPr>
        <w:tc>
          <w:tcPr>
            <w:tcW w:w="3240" w:type="dxa"/>
            <w:tcBorders>
              <w:bottom w:val="single" w:sz="4" w:space="0" w:color="D1D5DB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6EF7FE" w14:textId="77777777" w:rsidR="00652EE5" w:rsidRDefault="00AC5BB8">
            <w:pPr>
              <w:spacing w:after="0" w:line="240" w:lineRule="auto"/>
            </w:pPr>
            <w:r>
              <w:rPr>
                <w:b/>
                <w:color w:val="374151"/>
                <w:sz w:val="21"/>
              </w:rPr>
              <w:t>Date Received</w:t>
            </w:r>
          </w:p>
        </w:tc>
        <w:tc>
          <w:tcPr>
            <w:tcW w:w="5976" w:type="dxa"/>
            <w:tcBorders>
              <w:bottom w:val="single" w:sz="4" w:space="0" w:color="D1D5D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2CCB2D" w14:textId="77777777" w:rsidR="00652EE5" w:rsidRDefault="00AC5BB8">
            <w:pPr>
              <w:spacing w:after="0" w:line="240" w:lineRule="auto"/>
            </w:pPr>
            <w:r>
              <w:rPr>
                <w:color w:val="222222"/>
                <w:sz w:val="23"/>
              </w:rPr>
              <w:t>________________________</w:t>
            </w:r>
          </w:p>
        </w:tc>
      </w:tr>
    </w:tbl>
    <w:p w14:paraId="552899F8" w14:textId="77777777" w:rsidR="00AC5BB8" w:rsidRDefault="00AC5BB8"/>
    <w:sectPr w:rsidR="00AC5BB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9BAE3" w14:textId="77777777" w:rsidR="00AC5BB8" w:rsidRDefault="00AC5BB8">
      <w:pPr>
        <w:spacing w:after="0" w:line="240" w:lineRule="auto"/>
      </w:pPr>
      <w:r>
        <w:separator/>
      </w:r>
    </w:p>
  </w:endnote>
  <w:endnote w:type="continuationSeparator" w:id="0">
    <w:p w14:paraId="27FC7236" w14:textId="77777777" w:rsidR="00AC5BB8" w:rsidRDefault="00AC5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2751" w14:textId="77777777" w:rsidR="00CC1885" w:rsidRDefault="00CC18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2169D" w14:textId="77777777" w:rsidR="00652EE5" w:rsidRDefault="00AC5BB8">
    <w:pPr>
      <w:pStyle w:val="Footer"/>
      <w:jc w:val="center"/>
    </w:pPr>
    <w:r>
      <w:rPr>
        <w:color w:val="6B7280"/>
        <w:sz w:val="17"/>
      </w:rPr>
      <w:t>Care Home Health, LLC DBA Shanti Home Care | CT HCA Registration # HCA.0002586 | Revised October 6,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8C6B" w14:textId="77777777" w:rsidR="00CC1885" w:rsidRDefault="00CC18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8A1A" w14:textId="77777777" w:rsidR="00AC5BB8" w:rsidRDefault="00AC5BB8">
      <w:pPr>
        <w:spacing w:after="0" w:line="240" w:lineRule="auto"/>
      </w:pPr>
      <w:r>
        <w:separator/>
      </w:r>
    </w:p>
  </w:footnote>
  <w:footnote w:type="continuationSeparator" w:id="0">
    <w:p w14:paraId="490D9201" w14:textId="77777777" w:rsidR="00AC5BB8" w:rsidRDefault="00AC5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F92CF" w14:textId="77777777" w:rsidR="00CC1885" w:rsidRDefault="00CC18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95DC" w14:textId="77777777" w:rsidR="00CC1885" w:rsidRDefault="00CC18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E5D19" w14:textId="77777777" w:rsidR="00CC1885" w:rsidRDefault="00CC18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5787396">
    <w:abstractNumId w:val="8"/>
  </w:num>
  <w:num w:numId="2" w16cid:durableId="1942565511">
    <w:abstractNumId w:val="6"/>
  </w:num>
  <w:num w:numId="3" w16cid:durableId="486940314">
    <w:abstractNumId w:val="5"/>
  </w:num>
  <w:num w:numId="4" w16cid:durableId="499201410">
    <w:abstractNumId w:val="4"/>
  </w:num>
  <w:num w:numId="5" w16cid:durableId="1925263751">
    <w:abstractNumId w:val="7"/>
  </w:num>
  <w:num w:numId="6" w16cid:durableId="715937050">
    <w:abstractNumId w:val="3"/>
  </w:num>
  <w:num w:numId="7" w16cid:durableId="11804889">
    <w:abstractNumId w:val="2"/>
  </w:num>
  <w:num w:numId="8" w16cid:durableId="1224411664">
    <w:abstractNumId w:val="1"/>
  </w:num>
  <w:num w:numId="9" w16cid:durableId="2064867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52EE5"/>
    <w:rsid w:val="00AA1D8D"/>
    <w:rsid w:val="00AC5BB8"/>
    <w:rsid w:val="00B47730"/>
    <w:rsid w:val="00BC2F5A"/>
    <w:rsid w:val="00CB0664"/>
    <w:rsid w:val="00CC18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150C68"/>
  <w14:defaultImageDpi w14:val="300"/>
  <w15:docId w15:val="{FC6400D1-9D09-4914-9843-6EB744A0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1405</Characters>
  <Application>Microsoft Office Word</Application>
  <DocSecurity>4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CHCS Group</cp:lastModifiedBy>
  <cp:revision>2</cp:revision>
  <dcterms:created xsi:type="dcterms:W3CDTF">2026-10-06T18:31:00Z</dcterms:created>
  <dcterms:modified xsi:type="dcterms:W3CDTF">2026-10-06T18:31:00Z</dcterms:modified>
  <cp:category/>
</cp:coreProperties>
</file>